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15E" w:rsidRDefault="00D9415E" w:rsidP="00D9415E">
      <w:pPr>
        <w:pStyle w:val="Titre1"/>
        <w:jc w:val="center"/>
      </w:pPr>
      <w:r>
        <w:t>FORMULAIRE D’INSCRIPTION FLAMME DE VIE:</w:t>
      </w:r>
    </w:p>
    <w:p w:rsidR="00D9415E" w:rsidRDefault="00D9415E" w:rsidP="00D9415E">
      <w:pPr>
        <w:pStyle w:val="Titre1"/>
        <w:jc w:val="center"/>
      </w:pPr>
      <w:r>
        <w:t>QUESTIONNAIRE PERSONNALISE</w:t>
      </w:r>
    </w:p>
    <w:p w:rsidR="008A678B" w:rsidRDefault="002D00CB">
      <w:pPr>
        <w:pStyle w:val="Titre1"/>
      </w:pPr>
      <w:r>
        <w:t>Questionnaire de Profiling – Agence Flamme de Vie</w:t>
      </w:r>
    </w:p>
    <w:p w:rsidR="008A678B" w:rsidRDefault="002D00CB">
      <w:pPr>
        <w:pStyle w:val="Titre2"/>
      </w:pPr>
      <w:r>
        <w:t>1. Informations de base</w:t>
      </w:r>
    </w:p>
    <w:p w:rsidR="008A678B" w:rsidRDefault="002D00CB">
      <w:r>
        <w:t>Nom complet : ___________________________</w:t>
      </w:r>
    </w:p>
    <w:p w:rsidR="008A678B" w:rsidRDefault="002D00CB">
      <w:r>
        <w:t>Prénom : ___________________________</w:t>
      </w:r>
    </w:p>
    <w:p w:rsidR="008A678B" w:rsidRDefault="002D00CB">
      <w:r>
        <w:t xml:space="preserve">Date de </w:t>
      </w:r>
      <w:r w:rsidR="00A93C87">
        <w:t>naissance:</w:t>
      </w:r>
      <w:r w:rsidR="001261A7">
        <w:t xml:space="preserve"> </w:t>
      </w:r>
      <w:r>
        <w:t>jj/mm/aaaa</w:t>
      </w:r>
      <w:r w:rsidR="00A93C87">
        <w:t>):</w:t>
      </w:r>
      <w:r>
        <w:t xml:space="preserve"> ___________________________</w:t>
      </w:r>
    </w:p>
    <w:p w:rsidR="00731F9D" w:rsidRDefault="00731F9D">
      <w:r>
        <w:t>Sexe:</w:t>
      </w:r>
    </w:p>
    <w:p w:rsidR="00731F9D" w:rsidRDefault="002D00CB">
      <w:r>
        <w:t xml:space="preserve"> </w:t>
      </w:r>
      <w:r w:rsidR="00731F9D">
        <w:t xml:space="preserve">Homme: </w:t>
      </w:r>
      <w:r w:rsidR="00A93C87">
        <w:t>▢</w:t>
      </w:r>
    </w:p>
    <w:p w:rsidR="00731F9D" w:rsidRDefault="002D00CB">
      <w:r>
        <w:t xml:space="preserve"> </w:t>
      </w:r>
      <w:r w:rsidR="00731F9D">
        <w:t xml:space="preserve">Femme: </w:t>
      </w:r>
      <w:r w:rsidR="00A93C87">
        <w:t>▢</w:t>
      </w:r>
    </w:p>
    <w:p w:rsidR="008A678B" w:rsidRDefault="002D00CB">
      <w:r>
        <w:t xml:space="preserve"> </w:t>
      </w:r>
      <w:r w:rsidR="00731F9D">
        <w:t xml:space="preserve">Autre: </w:t>
      </w:r>
    </w:p>
    <w:p w:rsidR="008A678B" w:rsidRDefault="00731F9D">
      <w:r>
        <w:t>Nationalité:</w:t>
      </w:r>
      <w:r w:rsidR="002D00CB">
        <w:t xml:space="preserve"> ___________________________</w:t>
      </w:r>
    </w:p>
    <w:p w:rsidR="008A678B" w:rsidRDefault="002D00CB">
      <w:r>
        <w:t>Ville de résidence : ___________________________</w:t>
      </w:r>
    </w:p>
    <w:p w:rsidR="008A678B" w:rsidRDefault="002D00CB">
      <w:r>
        <w:t>Téléphone : ___________________________</w:t>
      </w:r>
    </w:p>
    <w:p w:rsidR="008A678B" w:rsidRDefault="002D00CB">
      <w:r>
        <w:t>Email : ___________________________</w:t>
      </w:r>
    </w:p>
    <w:p w:rsidR="008A678B" w:rsidRDefault="002D00CB">
      <w:pPr>
        <w:pStyle w:val="Titre2"/>
      </w:pPr>
      <w:r>
        <w:t>2. Caractéristiques personnelles</w:t>
      </w:r>
    </w:p>
    <w:p w:rsidR="008A678B" w:rsidRDefault="002D00CB">
      <w:r>
        <w:t>Taille (cm) : ___________________________</w:t>
      </w:r>
    </w:p>
    <w:p w:rsidR="008A678B" w:rsidRDefault="002D00CB">
      <w:r>
        <w:t>Poids (kg) : _</w:t>
      </w:r>
      <w:r>
        <w:t>__________________________</w:t>
      </w:r>
    </w:p>
    <w:p w:rsidR="008A678B" w:rsidRDefault="002D00CB">
      <w:r>
        <w:t>Couleur des yeux : ___________________________</w:t>
      </w:r>
    </w:p>
    <w:p w:rsidR="008A678B" w:rsidRDefault="002D00CB">
      <w:r>
        <w:t>Couleur des cheveux : ___________________________</w:t>
      </w:r>
    </w:p>
    <w:p w:rsidR="008A678B" w:rsidRDefault="002D00CB">
      <w:r>
        <w:t>Style vestimentaire : ___________________________</w:t>
      </w:r>
    </w:p>
    <w:p w:rsidR="001364B1" w:rsidRDefault="002D00CB">
      <w:r>
        <w:t>Fumez-</w:t>
      </w:r>
      <w:r w:rsidR="001364B1">
        <w:t>vous?</w:t>
      </w:r>
      <w:r>
        <w:t xml:space="preserve"> </w:t>
      </w:r>
    </w:p>
    <w:p w:rsidR="001364B1" w:rsidRDefault="00A93C87">
      <w:r>
        <w:t>Oui: ▢</w:t>
      </w:r>
    </w:p>
    <w:p w:rsidR="001364B1" w:rsidRDefault="00A93C87">
      <w:r>
        <w:t>Non: ▢</w:t>
      </w:r>
    </w:p>
    <w:p w:rsidR="008A678B" w:rsidRDefault="002D00CB">
      <w:r>
        <w:lastRenderedPageBreak/>
        <w:t xml:space="preserve"> </w:t>
      </w:r>
      <w:r w:rsidR="00A93C87">
        <w:t>Occasionnellement: ▢</w:t>
      </w:r>
    </w:p>
    <w:p w:rsidR="001364B1" w:rsidRDefault="002D00CB">
      <w:r>
        <w:t xml:space="preserve">Consommez-vous de </w:t>
      </w:r>
      <w:r w:rsidR="001364B1">
        <w:t>l’alcool?</w:t>
      </w:r>
    </w:p>
    <w:p w:rsidR="001364B1" w:rsidRDefault="001364B1">
      <w:r>
        <w:t xml:space="preserve">Oui: </w:t>
      </w:r>
      <w:r w:rsidR="00A93C87">
        <w:t>▢</w:t>
      </w:r>
    </w:p>
    <w:p w:rsidR="001364B1" w:rsidRDefault="001364B1">
      <w:r>
        <w:t xml:space="preserve">Non: </w:t>
      </w:r>
      <w:r w:rsidR="00A93C87">
        <w:t>▢</w:t>
      </w:r>
    </w:p>
    <w:p w:rsidR="008A678B" w:rsidRDefault="001364B1">
      <w:r>
        <w:t xml:space="preserve">Occasionnellement: </w:t>
      </w:r>
      <w:r w:rsidR="00A93C87">
        <w:t>▢</w:t>
      </w:r>
    </w:p>
    <w:p w:rsidR="008A678B" w:rsidRDefault="001364B1">
      <w:r>
        <w:t>Religion:</w:t>
      </w:r>
      <w:r w:rsidR="002D00CB">
        <w:t xml:space="preserve"> ___________________________</w:t>
      </w:r>
    </w:p>
    <w:p w:rsidR="001364B1" w:rsidRDefault="002D00CB">
      <w:r>
        <w:t xml:space="preserve">Pratique </w:t>
      </w:r>
      <w:r w:rsidR="001364B1">
        <w:t>religieuse?</w:t>
      </w:r>
    </w:p>
    <w:p w:rsidR="001364B1" w:rsidRDefault="00A93C87">
      <w:r>
        <w:t>Oui: ▢</w:t>
      </w:r>
    </w:p>
    <w:p w:rsidR="001364B1" w:rsidRDefault="001364B1">
      <w:r>
        <w:t xml:space="preserve">Non: </w:t>
      </w:r>
      <w:r w:rsidR="00A93C87">
        <w:t>▢</w:t>
      </w:r>
    </w:p>
    <w:p w:rsidR="008A678B" w:rsidRDefault="001364B1">
      <w:r>
        <w:t xml:space="preserve">Occasionnelle: </w:t>
      </w:r>
    </w:p>
    <w:p w:rsidR="008A678B" w:rsidRDefault="002D00CB">
      <w:pPr>
        <w:pStyle w:val="Titre2"/>
      </w:pPr>
      <w:r>
        <w:t>3. Vie personnelle et familiale</w:t>
      </w:r>
    </w:p>
    <w:p w:rsidR="001F49CD" w:rsidRDefault="002D00CB">
      <w:r>
        <w:t xml:space="preserve">Situation </w:t>
      </w:r>
      <w:r w:rsidR="001F49CD">
        <w:t>matrimoniale:</w:t>
      </w:r>
      <w:r>
        <w:t xml:space="preserve"> </w:t>
      </w:r>
    </w:p>
    <w:p w:rsidR="001F49CD" w:rsidRDefault="001F49CD">
      <w:r>
        <w:t xml:space="preserve">Célibataire: </w:t>
      </w:r>
      <w:r w:rsidR="00A93C87">
        <w:t>▢</w:t>
      </w:r>
    </w:p>
    <w:p w:rsidR="001F49CD" w:rsidRDefault="002D00CB">
      <w:r>
        <w:t>Divorcé(</w:t>
      </w:r>
      <w:r w:rsidR="001F49CD">
        <w:t>e</w:t>
      </w:r>
      <w:r w:rsidR="00A93C87">
        <w:t>): ▢</w:t>
      </w:r>
    </w:p>
    <w:p w:rsidR="008A678B" w:rsidRDefault="002D00CB">
      <w:r>
        <w:t xml:space="preserve"> Veuf(ve</w:t>
      </w:r>
      <w:r w:rsidR="00A93C87">
        <w:t>): ▢</w:t>
      </w:r>
    </w:p>
    <w:p w:rsidR="001F49CD" w:rsidRDefault="002D00CB">
      <w:r>
        <w:t xml:space="preserve">Avez-vous des </w:t>
      </w:r>
      <w:r w:rsidR="001F49CD">
        <w:t>enfants?</w:t>
      </w:r>
    </w:p>
    <w:p w:rsidR="001F49CD" w:rsidRDefault="001F49CD">
      <w:r>
        <w:t xml:space="preserve"> </w:t>
      </w:r>
      <w:r w:rsidR="002D00CB">
        <w:t xml:space="preserve">Oui, </w:t>
      </w:r>
      <w:r>
        <w:t>combien?</w:t>
      </w:r>
      <w:r w:rsidR="002D00CB">
        <w:t xml:space="preserve"> ______  </w:t>
      </w:r>
    </w:p>
    <w:p w:rsidR="008A678B" w:rsidRDefault="001F49CD">
      <w:r>
        <w:t xml:space="preserve">Non: </w:t>
      </w:r>
      <w:r w:rsidR="00A93C87">
        <w:t>▢</w:t>
      </w:r>
    </w:p>
    <w:p w:rsidR="001F49CD" w:rsidRDefault="002D00CB">
      <w:r>
        <w:t xml:space="preserve">Souhaitez-vous des </w:t>
      </w:r>
      <w:r w:rsidR="001F49CD">
        <w:t>enfants?</w:t>
      </w:r>
      <w:r>
        <w:t xml:space="preserve"> </w:t>
      </w:r>
    </w:p>
    <w:p w:rsidR="001F49CD" w:rsidRDefault="00A93C87">
      <w:r>
        <w:t>Oui: ▢</w:t>
      </w:r>
    </w:p>
    <w:p w:rsidR="001F49CD" w:rsidRDefault="00A93C87">
      <w:r>
        <w:t>Non: ▢</w:t>
      </w:r>
    </w:p>
    <w:p w:rsidR="008A678B" w:rsidRDefault="002D00CB">
      <w:r>
        <w:t>Peut-</w:t>
      </w:r>
      <w:r w:rsidR="001F49CD">
        <w:t>être:</w:t>
      </w:r>
    </w:p>
    <w:p w:rsidR="008A678B" w:rsidRDefault="002D00CB">
      <w:r>
        <w:t xml:space="preserve">Vivez-vous seul(e), en colocation ou en </w:t>
      </w:r>
      <w:r w:rsidR="001F49CD">
        <w:t>famille?</w:t>
      </w:r>
      <w:r>
        <w:t xml:space="preserve"> ___________________________</w:t>
      </w:r>
    </w:p>
    <w:p w:rsidR="008A678B" w:rsidRDefault="002D00CB">
      <w:r>
        <w:t>Langue maternelle : ___________________________</w:t>
      </w:r>
    </w:p>
    <w:p w:rsidR="008A678B" w:rsidRDefault="002D00CB">
      <w:r>
        <w:t>Autres langues parlées : _</w:t>
      </w:r>
      <w:r>
        <w:t>__________________________</w:t>
      </w:r>
    </w:p>
    <w:p w:rsidR="001F49CD" w:rsidRDefault="001F49CD">
      <w:pPr>
        <w:pStyle w:val="Titre2"/>
      </w:pPr>
    </w:p>
    <w:p w:rsidR="008A678B" w:rsidRDefault="002D00CB">
      <w:pPr>
        <w:pStyle w:val="Titre2"/>
      </w:pPr>
      <w:r>
        <w:t>4. Vie professionnelle</w:t>
      </w:r>
    </w:p>
    <w:p w:rsidR="008A678B" w:rsidRDefault="002D00CB">
      <w:r>
        <w:t>Profession : ___________________________</w:t>
      </w:r>
    </w:p>
    <w:p w:rsidR="008A678B" w:rsidRDefault="002D00CB">
      <w:r>
        <w:t>Niveau d’études : ___________________________</w:t>
      </w:r>
    </w:p>
    <w:p w:rsidR="0070548E" w:rsidRDefault="002D00CB">
      <w:r>
        <w:t xml:space="preserve">Situation </w:t>
      </w:r>
      <w:r w:rsidR="0070548E">
        <w:t>professionnelle:</w:t>
      </w:r>
    </w:p>
    <w:p w:rsidR="0070548E" w:rsidRDefault="002D00CB">
      <w:r>
        <w:t>Salarié(</w:t>
      </w:r>
      <w:r w:rsidR="0070548E">
        <w:t xml:space="preserve">e): </w:t>
      </w:r>
      <w:r w:rsidR="00A93C87">
        <w:t>▢</w:t>
      </w:r>
    </w:p>
    <w:p w:rsidR="0070548E" w:rsidRDefault="002D00CB">
      <w:r>
        <w:t>Indépendant(</w:t>
      </w:r>
      <w:r w:rsidR="0070548E">
        <w:t xml:space="preserve">e): </w:t>
      </w:r>
      <w:r w:rsidR="00A93C87">
        <w:t>▢</w:t>
      </w:r>
    </w:p>
    <w:p w:rsidR="0070548E" w:rsidRDefault="002D00CB">
      <w:r>
        <w:t xml:space="preserve">En recherche </w:t>
      </w:r>
      <w:r w:rsidR="00A93C87">
        <w:t>d’emploi: ▢</w:t>
      </w:r>
    </w:p>
    <w:p w:rsidR="008A678B" w:rsidRDefault="002D00CB">
      <w:r>
        <w:t>Retraité(e)</w:t>
      </w:r>
      <w:r w:rsidR="0070548E">
        <w:t xml:space="preserve">: </w:t>
      </w:r>
      <w:r w:rsidR="00A93C87">
        <w:t>▢</w:t>
      </w:r>
    </w:p>
    <w:p w:rsidR="0070548E" w:rsidRDefault="002D00CB">
      <w:r>
        <w:t>Votre emploi</w:t>
      </w:r>
      <w:r>
        <w:t xml:space="preserve"> du temps est </w:t>
      </w:r>
      <w:r w:rsidR="0070548E">
        <w:t>plutôt:</w:t>
      </w:r>
      <w:r>
        <w:t xml:space="preserve"> </w:t>
      </w:r>
    </w:p>
    <w:p w:rsidR="0070548E" w:rsidRDefault="00A93C87">
      <w:r>
        <w:t>Flexible: ▢</w:t>
      </w:r>
    </w:p>
    <w:p w:rsidR="0070548E" w:rsidRDefault="00A93C87">
      <w:r>
        <w:t>Fixe: ▢</w:t>
      </w:r>
    </w:p>
    <w:p w:rsidR="008A678B" w:rsidRDefault="00A93C87">
      <w:r>
        <w:t>Variable: ▢</w:t>
      </w:r>
    </w:p>
    <w:p w:rsidR="008A678B" w:rsidRDefault="002D00CB">
      <w:pPr>
        <w:pStyle w:val="Titre2"/>
      </w:pPr>
      <w:r>
        <w:t>5. Loisirs et centres d’intérêt</w:t>
      </w:r>
    </w:p>
    <w:p w:rsidR="008A678B" w:rsidRDefault="002D00CB">
      <w:r>
        <w:t>Passe-temps préférés : ___________________________________________</w:t>
      </w:r>
    </w:p>
    <w:p w:rsidR="008A678B" w:rsidRDefault="002D00CB">
      <w:r>
        <w:t>Pratiquez-vous un sport ? Lequel ? ___________________________________________</w:t>
      </w:r>
    </w:p>
    <w:p w:rsidR="0070548E" w:rsidRDefault="002D00CB">
      <w:r>
        <w:t xml:space="preserve">Vous êtes </w:t>
      </w:r>
      <w:r w:rsidR="0070548E">
        <w:t>plutôt:</w:t>
      </w:r>
      <w:r>
        <w:t xml:space="preserve"> </w:t>
      </w:r>
    </w:p>
    <w:p w:rsidR="0070548E" w:rsidRDefault="002D00CB">
      <w:r>
        <w:t>Casanier(ère</w:t>
      </w:r>
      <w:r w:rsidR="00A93C87">
        <w:t>): ▢</w:t>
      </w:r>
    </w:p>
    <w:p w:rsidR="0070548E" w:rsidRDefault="002D00CB">
      <w:r>
        <w:t>Aventurier(</w:t>
      </w:r>
      <w:r w:rsidR="0070548E">
        <w:t>ère</w:t>
      </w:r>
      <w:r w:rsidR="00A93C87">
        <w:t>): ▢</w:t>
      </w:r>
    </w:p>
    <w:p w:rsidR="0070548E" w:rsidRDefault="002D00CB">
      <w:r>
        <w:t>Festif(</w:t>
      </w:r>
      <w:r w:rsidR="0070548E">
        <w:t>ve</w:t>
      </w:r>
      <w:r w:rsidR="00A93C87">
        <w:t>): ▢</w:t>
      </w:r>
    </w:p>
    <w:p w:rsidR="008A678B" w:rsidRDefault="00A93C87">
      <w:r>
        <w:t>Tranquille: ▢</w:t>
      </w:r>
    </w:p>
    <w:p w:rsidR="008A678B" w:rsidRDefault="002D00CB">
      <w:pPr>
        <w:pStyle w:val="Titre2"/>
      </w:pPr>
      <w:r>
        <w:t>6. Ce que vous attendez de votre partenaire</w:t>
      </w:r>
    </w:p>
    <w:p w:rsidR="0070548E" w:rsidRDefault="002D00CB">
      <w:r>
        <w:t xml:space="preserve">Sexe </w:t>
      </w:r>
      <w:r w:rsidR="0070548E">
        <w:t>recherché:</w:t>
      </w:r>
      <w:r>
        <w:t xml:space="preserve"> </w:t>
      </w:r>
    </w:p>
    <w:p w:rsidR="0070548E" w:rsidRDefault="0070548E">
      <w:r>
        <w:t>Homme:</w:t>
      </w:r>
      <w:r w:rsidR="002D00CB">
        <w:t xml:space="preserve"> </w:t>
      </w:r>
      <w:r w:rsidR="00A93C87">
        <w:t>▢</w:t>
      </w:r>
    </w:p>
    <w:p w:rsidR="0070548E" w:rsidRDefault="0070548E">
      <w:r>
        <w:t>Femme:</w:t>
      </w:r>
      <w:r w:rsidR="002D00CB">
        <w:t xml:space="preserve"> </w:t>
      </w:r>
      <w:r w:rsidR="00A93C87">
        <w:t>▢</w:t>
      </w:r>
    </w:p>
    <w:p w:rsidR="008A678B" w:rsidRDefault="002D00CB">
      <w:r>
        <w:t xml:space="preserve">Peu </w:t>
      </w:r>
      <w:r w:rsidR="00A93C87">
        <w:t>importe: ▢</w:t>
      </w:r>
    </w:p>
    <w:p w:rsidR="008A678B" w:rsidRDefault="002D00CB">
      <w:r>
        <w:t xml:space="preserve">Tranche d’âge </w:t>
      </w:r>
      <w:r w:rsidR="0070548E">
        <w:t>souhaitée:</w:t>
      </w:r>
      <w:r>
        <w:t xml:space="preserve"> ____ - ____ ans</w:t>
      </w:r>
    </w:p>
    <w:p w:rsidR="008A678B" w:rsidRDefault="002D00CB">
      <w:r>
        <w:lastRenderedPageBreak/>
        <w:t>Taille minimum/maximum : __________________</w:t>
      </w:r>
      <w:r>
        <w:t>_________</w:t>
      </w:r>
    </w:p>
    <w:p w:rsidR="008A678B" w:rsidRDefault="002D00CB">
      <w:r>
        <w:t>Niveau d’études souhaité : ___________________________</w:t>
      </w:r>
    </w:p>
    <w:p w:rsidR="008A678B" w:rsidRDefault="002D00CB">
      <w:r>
        <w:t>Religion souhaitée (facultatif) : ___________________________</w:t>
      </w:r>
    </w:p>
    <w:p w:rsidR="008A678B" w:rsidRDefault="002D00CB">
      <w:r>
        <w:t>Autres critères indispensables : ___________________________________________</w:t>
      </w:r>
    </w:p>
    <w:p w:rsidR="008A678B" w:rsidRDefault="002D00CB">
      <w:r>
        <w:t>Trois qualités importantes chez un partenaire :</w:t>
      </w:r>
      <w:r>
        <w:br/>
        <w:t>1. _</w:t>
      </w:r>
      <w:r>
        <w:t>__________________________</w:t>
      </w:r>
      <w:r>
        <w:br/>
        <w:t>2. ___________________________</w:t>
      </w:r>
      <w:r>
        <w:br/>
        <w:t>3. ___________________________</w:t>
      </w:r>
    </w:p>
    <w:p w:rsidR="008A678B" w:rsidRDefault="002D00CB">
      <w:r>
        <w:t>Trois défauts que vous ne supportez pas :</w:t>
      </w:r>
      <w:r>
        <w:br/>
        <w:t>1. ___________________________</w:t>
      </w:r>
      <w:r>
        <w:br/>
        <w:t>2. ___________________________</w:t>
      </w:r>
      <w:r>
        <w:br/>
        <w:t>3. ___________________________</w:t>
      </w:r>
    </w:p>
    <w:p w:rsidR="008A678B" w:rsidRDefault="002D00CB">
      <w:pPr>
        <w:pStyle w:val="Titre2"/>
      </w:pPr>
      <w:r>
        <w:t>7. Votre vision de l’amour et du</w:t>
      </w:r>
      <w:r>
        <w:t xml:space="preserve"> couple</w:t>
      </w:r>
    </w:p>
    <w:p w:rsidR="008A678B" w:rsidRDefault="002D00CB">
      <w:r>
        <w:t>Qu’est-ce que l’amour pour vous ? ___________________________________________</w:t>
      </w:r>
    </w:p>
    <w:p w:rsidR="008A678B" w:rsidRDefault="002D00CB">
      <w:r>
        <w:t>Que recherchez-vous dans une relation ? ___________________________________________</w:t>
      </w:r>
    </w:p>
    <w:p w:rsidR="007903F8" w:rsidRDefault="002D00CB">
      <w:r>
        <w:t xml:space="preserve">Accepteriez-vous une relation à distance ? </w:t>
      </w:r>
    </w:p>
    <w:p w:rsidR="007903F8" w:rsidRDefault="00A93C87">
      <w:r>
        <w:t>Oui: ▢</w:t>
      </w:r>
    </w:p>
    <w:p w:rsidR="008A678B" w:rsidRDefault="00A93C87">
      <w:r>
        <w:t>Non: ▢</w:t>
      </w:r>
      <w:bookmarkStart w:id="0" w:name="_GoBack"/>
      <w:bookmarkEnd w:id="0"/>
    </w:p>
    <w:p w:rsidR="008A678B" w:rsidRDefault="002D00CB">
      <w:pPr>
        <w:pStyle w:val="Titre2"/>
      </w:pPr>
      <w:r>
        <w:t>8. Autres informations que</w:t>
      </w:r>
      <w:r>
        <w:t xml:space="preserve"> vous souhaitez partager</w:t>
      </w:r>
    </w:p>
    <w:p w:rsidR="008A678B" w:rsidRDefault="002D00CB">
      <w:r>
        <w:t>___________________________________________</w:t>
      </w:r>
    </w:p>
    <w:p w:rsidR="008A678B" w:rsidRDefault="002D00CB">
      <w:pPr>
        <w:pStyle w:val="Titre2"/>
      </w:pPr>
      <w:r>
        <w:t>Engagement</w:t>
      </w:r>
    </w:p>
    <w:p w:rsidR="008A678B" w:rsidRDefault="002D00CB">
      <w:r>
        <w:t>Je certifie que ces informations sont exactes et transmises de bonne foi.</w:t>
      </w:r>
    </w:p>
    <w:p w:rsidR="008A678B" w:rsidRDefault="002D00CB">
      <w:r>
        <w:t xml:space="preserve">J’accepte que l’agence Flamme de Vie utilise ces informations dans le cadre de ses services, </w:t>
      </w:r>
      <w:r>
        <w:t>dans le respect de la confidentialité.</w:t>
      </w:r>
    </w:p>
    <w:sectPr w:rsidR="008A678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261A7"/>
    <w:rsid w:val="001364B1"/>
    <w:rsid w:val="0015074B"/>
    <w:rsid w:val="001F49CD"/>
    <w:rsid w:val="0029639D"/>
    <w:rsid w:val="002D00CB"/>
    <w:rsid w:val="00326F90"/>
    <w:rsid w:val="0049249D"/>
    <w:rsid w:val="0070548E"/>
    <w:rsid w:val="00731F9D"/>
    <w:rsid w:val="007903F8"/>
    <w:rsid w:val="008A678B"/>
    <w:rsid w:val="00A93C87"/>
    <w:rsid w:val="00AA1D8D"/>
    <w:rsid w:val="00B17E6F"/>
    <w:rsid w:val="00B47730"/>
    <w:rsid w:val="00CB0664"/>
    <w:rsid w:val="00D941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2F4342"/>
  <w14:defaultImageDpi w14:val="300"/>
  <w15:docId w15:val="{54408AE5-2BF5-49B4-8EE3-E995C9CE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4B8F23-6046-4D61-AC83-0020E293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476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antoinette lefebvre</cp:lastModifiedBy>
  <cp:revision>2</cp:revision>
  <dcterms:created xsi:type="dcterms:W3CDTF">2025-05-09T12:24:00Z</dcterms:created>
  <dcterms:modified xsi:type="dcterms:W3CDTF">2025-05-09T12:24:00Z</dcterms:modified>
  <cp:category/>
</cp:coreProperties>
</file>